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1D66E" w14:textId="690EFE61" w:rsidR="00AA2D90" w:rsidRDefault="008D446B">
      <w:pPr>
        <w:pStyle w:val="Title"/>
      </w:pPr>
      <w:r>
        <w:t xml:space="preserve">Regular and Substantive Interaction </w:t>
      </w:r>
      <w:r w:rsidR="00125CC2">
        <w:t>Course</w:t>
      </w:r>
      <w:r>
        <w:t xml:space="preserve"> Checklist</w:t>
      </w:r>
    </w:p>
    <w:p w14:paraId="45E5E004" w14:textId="0DB3669E" w:rsidR="00AA2D90" w:rsidRDefault="008D446B">
      <w:r>
        <w:t>Use this checklist to assess whether your course includes regular and substantive interaction with students throughout the term.</w:t>
      </w:r>
    </w:p>
    <w:p w14:paraId="38773C3C" w14:textId="77777777" w:rsidR="00AA2D90" w:rsidRDefault="008D446B">
      <w:pPr>
        <w:pStyle w:val="Heading1"/>
      </w:pPr>
      <w:r>
        <w:t>Course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5575"/>
      </w:tblGrid>
      <w:tr w:rsidR="00AA2D90" w14:paraId="7498A4A1" w14:textId="77777777" w:rsidTr="000C7B39">
        <w:trPr>
          <w:tblHeader/>
        </w:trPr>
        <w:tc>
          <w:tcPr>
            <w:tcW w:w="3055" w:type="dxa"/>
          </w:tcPr>
          <w:p w14:paraId="2E7DA1BD" w14:textId="77777777" w:rsidR="00AA2D90" w:rsidRDefault="008D446B">
            <w:r>
              <w:t>Course Prefix and Number</w:t>
            </w:r>
          </w:p>
        </w:tc>
        <w:tc>
          <w:tcPr>
            <w:tcW w:w="5575" w:type="dxa"/>
          </w:tcPr>
          <w:p w14:paraId="4C3E277F" w14:textId="6B0A0BE4" w:rsidR="00AA2D90" w:rsidRDefault="00D0390D">
            <w:sdt>
              <w:sdtPr>
                <w:alias w:val="Course Prefix and Number response field"/>
                <w:tag w:val="Course_Prefix_and_Number"/>
                <w:id w:val="1000"/>
                <w:showingPlcHdr/>
                <w:text/>
              </w:sdtPr>
              <w:sdtEndPr/>
              <w:sdtContent>
                <w:r w:rsidR="00986498">
                  <w:t xml:space="preserve">     </w:t>
                </w:r>
              </w:sdtContent>
            </w:sdt>
          </w:p>
        </w:tc>
      </w:tr>
      <w:tr w:rsidR="00AA2D90" w14:paraId="177F70F2" w14:textId="77777777" w:rsidTr="000C7B39">
        <w:tc>
          <w:tcPr>
            <w:tcW w:w="3055" w:type="dxa"/>
          </w:tcPr>
          <w:p w14:paraId="1E8B8940" w14:textId="77777777" w:rsidR="00AA2D90" w:rsidRDefault="008D446B">
            <w:r>
              <w:t>Course Title</w:t>
            </w:r>
          </w:p>
        </w:tc>
        <w:tc>
          <w:tcPr>
            <w:tcW w:w="5575" w:type="dxa"/>
          </w:tcPr>
          <w:p w14:paraId="4F14D7C8" w14:textId="25D9438D" w:rsidR="00AA2D90" w:rsidRDefault="00D0390D">
            <w:sdt>
              <w:sdtPr>
                <w:alias w:val="Course Title response field"/>
                <w:tag w:val="Course_Title"/>
                <w:id w:val="1001"/>
                <w:showingPlcHdr/>
                <w:text/>
              </w:sdtPr>
              <w:sdtEndPr/>
              <w:sdtContent>
                <w:r w:rsidR="00986498">
                  <w:t xml:space="preserve">     </w:t>
                </w:r>
              </w:sdtContent>
            </w:sdt>
          </w:p>
        </w:tc>
      </w:tr>
      <w:tr w:rsidR="00AA2D90" w14:paraId="60650097" w14:textId="77777777" w:rsidTr="000C7B39">
        <w:tc>
          <w:tcPr>
            <w:tcW w:w="3055" w:type="dxa"/>
          </w:tcPr>
          <w:p w14:paraId="56434CD1" w14:textId="77777777" w:rsidR="00AA2D90" w:rsidRDefault="008D446B">
            <w:r>
              <w:t>Instructor</w:t>
            </w:r>
          </w:p>
        </w:tc>
        <w:tc>
          <w:tcPr>
            <w:tcW w:w="5575" w:type="dxa"/>
          </w:tcPr>
          <w:p w14:paraId="5362E849" w14:textId="1A601C63" w:rsidR="00AA2D90" w:rsidRDefault="00D0390D">
            <w:sdt>
              <w:sdtPr>
                <w:alias w:val="Instructor response field"/>
                <w:tag w:val="Instructor"/>
                <w:id w:val="1002"/>
                <w:showingPlcHdr/>
                <w:text/>
              </w:sdtPr>
              <w:sdtEndPr/>
              <w:sdtContent>
                <w:r w:rsidR="00986498">
                  <w:t xml:space="preserve">     </w:t>
                </w:r>
              </w:sdtContent>
            </w:sdt>
          </w:p>
        </w:tc>
      </w:tr>
      <w:tr w:rsidR="00AA2D90" w14:paraId="5040D1E4" w14:textId="77777777" w:rsidTr="000C7B39">
        <w:tc>
          <w:tcPr>
            <w:tcW w:w="3055" w:type="dxa"/>
          </w:tcPr>
          <w:p w14:paraId="0CEB4B25" w14:textId="77777777" w:rsidR="00AA2D90" w:rsidRDefault="008D446B">
            <w:r>
              <w:t>Term</w:t>
            </w:r>
          </w:p>
        </w:tc>
        <w:tc>
          <w:tcPr>
            <w:tcW w:w="5575" w:type="dxa"/>
          </w:tcPr>
          <w:p w14:paraId="5B951852" w14:textId="1A7F2BBD" w:rsidR="00AA2D90" w:rsidRDefault="00D0390D">
            <w:sdt>
              <w:sdtPr>
                <w:alias w:val="Term response field"/>
                <w:tag w:val="Term"/>
                <w:id w:val="1003"/>
                <w:showingPlcHdr/>
                <w:text/>
              </w:sdtPr>
              <w:sdtEndPr/>
              <w:sdtContent>
                <w:r w:rsidR="00986498">
                  <w:t xml:space="preserve">     </w:t>
                </w:r>
              </w:sdtContent>
            </w:sdt>
          </w:p>
        </w:tc>
      </w:tr>
      <w:tr w:rsidR="00AA2D90" w14:paraId="1CB7CCB2" w14:textId="77777777" w:rsidTr="000C7B39">
        <w:tc>
          <w:tcPr>
            <w:tcW w:w="3055" w:type="dxa"/>
          </w:tcPr>
          <w:p w14:paraId="6B03DF56" w14:textId="77777777" w:rsidR="00AA2D90" w:rsidRDefault="008D446B">
            <w:r>
              <w:t>Date Completed</w:t>
            </w:r>
          </w:p>
        </w:tc>
        <w:tc>
          <w:tcPr>
            <w:tcW w:w="5575" w:type="dxa"/>
          </w:tcPr>
          <w:p w14:paraId="2946BB5D" w14:textId="59A25147" w:rsidR="00AA2D90" w:rsidRDefault="00D0390D">
            <w:sdt>
              <w:sdtPr>
                <w:alias w:val="Date Completed response field"/>
                <w:tag w:val="Date_Completed"/>
                <w:id w:val="1004"/>
                <w:showingPlcHdr/>
                <w:text/>
              </w:sdtPr>
              <w:sdtEndPr/>
              <w:sdtContent>
                <w:r w:rsidR="00986498">
                  <w:t xml:space="preserve">     </w:t>
                </w:r>
              </w:sdtContent>
            </w:sdt>
          </w:p>
        </w:tc>
      </w:tr>
    </w:tbl>
    <w:p w14:paraId="5BB72158" w14:textId="77777777" w:rsidR="00AA2D90" w:rsidRDefault="008D446B">
      <w:pPr>
        <w:pStyle w:val="Heading1"/>
      </w:pPr>
      <w:r>
        <w:t>How to Use This Checklist</w:t>
      </w:r>
    </w:p>
    <w:p w14:paraId="10B9C95D" w14:textId="77777777" w:rsidR="00AA2D90" w:rsidRDefault="008D446B">
      <w:pPr>
        <w:pStyle w:val="ListBullet"/>
      </w:pPr>
      <w:r>
        <w:t>Check each item that is already present in the course.</w:t>
      </w:r>
    </w:p>
    <w:p w14:paraId="747D5E95" w14:textId="77777777" w:rsidR="00AA2D90" w:rsidRDefault="008D446B">
      <w:pPr>
        <w:pStyle w:val="ListBullet"/>
      </w:pPr>
      <w:r>
        <w:t>Use the notes space to identify updates, examples, or follow-up actions.</w:t>
      </w:r>
    </w:p>
    <w:p w14:paraId="2DF40AD4" w14:textId="77777777" w:rsidR="00AA2D90" w:rsidRDefault="008D446B">
      <w:pPr>
        <w:pStyle w:val="ListBullet"/>
      </w:pPr>
      <w:r>
        <w:t>For substantive interaction, confirm that the course includes at least two types of substantive academic engagement.</w:t>
      </w:r>
    </w:p>
    <w:p w14:paraId="7541EAAC" w14:textId="77777777" w:rsidR="00AA2D90" w:rsidRDefault="008D446B">
      <w:pPr>
        <w:pStyle w:val="ListBullet"/>
      </w:pPr>
      <w:r>
        <w:t>Keep documentation of instructor-initiated interaction, such as announcements, feedback examples, discussion facilitation, office hours, or outreach to students.</w:t>
      </w:r>
    </w:p>
    <w:p w14:paraId="00F88958" w14:textId="77777777" w:rsidR="00AA2D90" w:rsidRDefault="008D446B">
      <w:pPr>
        <w:pStyle w:val="ListBullet"/>
      </w:pPr>
      <w:r>
        <w:t>Complete the checklist before the course begins and revisit it during the term as needed.</w:t>
      </w:r>
    </w:p>
    <w:p w14:paraId="71882554" w14:textId="77777777" w:rsidR="00AA2D90" w:rsidRPr="00B02A41" w:rsidRDefault="008D446B" w:rsidP="008556BA">
      <w:pPr>
        <w:pStyle w:val="Heading1"/>
        <w:pBdr>
          <w:top w:val="single" w:sz="4" w:space="1" w:color="auto"/>
          <w:left w:val="single" w:sz="4" w:space="4" w:color="auto"/>
        </w:pBdr>
        <w:rPr>
          <w:sz w:val="30"/>
          <w:szCs w:val="30"/>
        </w:rPr>
      </w:pPr>
      <w:r w:rsidRPr="00B02A41">
        <w:rPr>
          <w:sz w:val="30"/>
          <w:szCs w:val="30"/>
        </w:rPr>
        <w:t>1. Regular Interaction</w:t>
      </w:r>
    </w:p>
    <w:p w14:paraId="150B44EE" w14:textId="77777777" w:rsidR="00AA2D90" w:rsidRPr="00C562EC" w:rsidRDefault="008D446B">
      <w:pPr>
        <w:pStyle w:val="Heading2"/>
        <w:rPr>
          <w:color w:val="365F91" w:themeColor="accent1" w:themeShade="BF"/>
        </w:rPr>
      </w:pPr>
      <w:r w:rsidRPr="00C562EC">
        <w:rPr>
          <w:color w:val="365F91" w:themeColor="accent1" w:themeShade="BF"/>
        </w:rPr>
        <w:t>1.1 Course Communication</w:t>
      </w:r>
    </w:p>
    <w:p w14:paraId="07CA2A28" w14:textId="1201E315" w:rsidR="00AA2D90" w:rsidRDefault="00FD521A">
      <w:r w:rsidRPr="00E76932">
        <w:rPr>
          <w:rFonts w:eastAsia="MS Gothic"/>
        </w:rPr>
        <w:fldChar w:fldCharType="begin">
          <w:ffData>
            <w:name w:val="RSIChk01"/>
            <w:enabled/>
            <w:calcOnExit w:val="0"/>
            <w:helpText w:type="text" w:val="Checkbox 1: 1.1 Course Communication. I post regular course announcements throughout the term (recommended: weekly)."/>
            <w:statusText w:type="text" w:val="Checkbox 1: 1.1 Course Communication. I post regular course announcements throughout the term (recommended: weekly)."/>
            <w:checkBox>
              <w:sizeAuto/>
              <w:default w:val="0"/>
              <w:checked w:val="0"/>
            </w:checkBox>
          </w:ffData>
        </w:fldChar>
      </w:r>
      <w:bookmarkStart w:id="0" w:name="Check29"/>
      <w:r w:rsidRPr="00E76932">
        <w:rPr>
          <w:rFonts w:eastAsia="MS Gothic"/>
        </w:rPr>
        <w:instrText xml:space="preserve"> FORMCHECKBOX </w:instrText>
      </w:r>
      <w:r w:rsidRPr="00E76932">
        <w:rPr>
          <w:rFonts w:eastAsia="MS Gothic"/>
        </w:rPr>
      </w:r>
      <w:r w:rsidRPr="00E76932">
        <w:rPr>
          <w:rFonts w:eastAsia="MS Gothic"/>
        </w:rPr>
        <w:fldChar w:fldCharType="separate"/>
      </w:r>
      <w:r w:rsidRPr="00E76932">
        <w:rPr>
          <w:rFonts w:eastAsia="MS Gothic"/>
        </w:rPr>
        <w:fldChar w:fldCharType="end"/>
      </w:r>
      <w:bookmarkEnd w:id="0"/>
      <w:r w:rsidR="00E76932" w:rsidRPr="00E76932">
        <w:rPr>
          <w:rFonts w:eastAsia="MS Gothic"/>
        </w:rPr>
        <w:t xml:space="preserve"> </w:t>
      </w:r>
      <w:r w:rsidR="1F685071" w:rsidRPr="00E76932">
        <w:t>I post</w:t>
      </w:r>
      <w:r w:rsidR="1F685071">
        <w:t xml:space="preserve"> regular course announcements throughout the term (recommended: weekly).</w:t>
      </w:r>
    </w:p>
    <w:p w14:paraId="1D83C4E7" w14:textId="0420F899" w:rsidR="00AA2D90" w:rsidRDefault="00492A9A">
      <w:r>
        <w:fldChar w:fldCharType="begin">
          <w:ffData>
            <w:name w:val="RSIChk02"/>
            <w:enabled/>
            <w:calcOnExit w:val="0"/>
            <w:helpText w:type="text" w:val="Checkbox 2: 1.1 Course Communication. My announcements do more than remind students of due dates; they provide instructional guidance, clarify concepts, address common misconceptions, or connect course content to current topics."/>
            <w:statusText w:type="text" w:val="Checkbox 2: 1.1 Course Communication. My announcements do more than remind students of due dates; they provide instructional guidance, cla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8D446B">
        <w:t xml:space="preserve"> My announcements do more than remind students of due dates; they provide instructional guidance, clarify concepts, address common misconceptions, or connect course content to current topics.</w:t>
      </w:r>
    </w:p>
    <w:p w14:paraId="69E64BEA" w14:textId="4ACC065F" w:rsidR="00AA2D90" w:rsidRDefault="00492A9A">
      <w:r>
        <w:fldChar w:fldCharType="begin">
          <w:ffData>
            <w:name w:val="RSIChk03"/>
            <w:enabled/>
            <w:calcOnExit w:val="0"/>
            <w:helpText w:type="text" w:val="Checkbox 3: 1.1 Course Communication. Students know how and when they can contact me."/>
            <w:statusText w:type="text" w:val="Checkbox 3: 1.1 Course Communication. Students know how and when they can contact me.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="008D446B">
        <w:t>Students know how and when they can contact me.</w:t>
      </w:r>
    </w:p>
    <w:p w14:paraId="665393D4" w14:textId="4B802BFC" w:rsidR="00AA2D90" w:rsidRDefault="00492A9A">
      <w:r>
        <w:fldChar w:fldCharType="begin">
          <w:ffData>
            <w:name w:val="RSIChk04"/>
            <w:enabled/>
            <w:calcOnExit w:val="0"/>
            <w:helpText w:type="text" w:val="Checkbox 4: 1.1 Course Communication. I communicate expected response times for emails, course messages, and assignment feedback."/>
            <w:statusText w:type="text" w:val="Checkbox 4: 1.1 Course Communication. I communicate expected response times for emails, course messages, and assignment feedback.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</w:t>
      </w:r>
      <w:r w:rsidR="008D446B">
        <w:t>I communicate expected response times for emails, course messages, and assignment feedback.</w:t>
      </w:r>
    </w:p>
    <w:p w14:paraId="6A819E2A" w14:textId="77777777" w:rsidR="00AA2D90" w:rsidRDefault="008D446B">
      <w:r>
        <w:rPr>
          <w:b/>
        </w:rPr>
        <w:lastRenderedPageBreak/>
        <w:t>Notes or follow-up actions:</w:t>
      </w:r>
    </w:p>
    <w:p w14:paraId="46E69C4A" w14:textId="1E887C66" w:rsidR="00AA2D90" w:rsidRDefault="00D0390D" w:rsidP="1F685071">
      <w:pPr>
        <w:pStyle w:val="ListParagraph"/>
        <w:numPr>
          <w:ilvl w:val="0"/>
          <w:numId w:val="1"/>
        </w:numPr>
      </w:pPr>
      <w:sdt>
        <w:sdtPr>
          <w:alias w:val="1.1 Course Communication notes or follow-up actions, line 1"/>
          <w:tag w:val="Notes_01"/>
          <w:id w:val="1009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ED8C455" w14:textId="5EE73E5E" w:rsidR="00AA2D90" w:rsidRDefault="00D0390D" w:rsidP="1F685071">
      <w:pPr>
        <w:pStyle w:val="ListParagraph"/>
        <w:numPr>
          <w:ilvl w:val="0"/>
          <w:numId w:val="1"/>
        </w:numPr>
      </w:pPr>
      <w:sdt>
        <w:sdtPr>
          <w:alias w:val="1.1 Course Communication notes or follow-up actions, line 2"/>
          <w:tag w:val="Notes_02"/>
          <w:id w:val="1010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6D91FE6C" w14:textId="729A3345" w:rsidR="00AA2D90" w:rsidRDefault="00D0390D" w:rsidP="1F685071">
      <w:pPr>
        <w:pStyle w:val="ListParagraph"/>
        <w:numPr>
          <w:ilvl w:val="0"/>
          <w:numId w:val="1"/>
        </w:numPr>
      </w:pPr>
      <w:sdt>
        <w:sdtPr>
          <w:alias w:val="1.1 Course Communication notes or follow-up actions, line 3"/>
          <w:tag w:val="Notes_03"/>
          <w:id w:val="1011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0DD7A14F" w14:textId="77777777" w:rsidR="00AA2D90" w:rsidRPr="00735F80" w:rsidRDefault="008D446B">
      <w:pPr>
        <w:pStyle w:val="Heading2"/>
        <w:rPr>
          <w:color w:val="365F91" w:themeColor="accent1" w:themeShade="BF"/>
        </w:rPr>
      </w:pPr>
      <w:r w:rsidRPr="00735F80">
        <w:rPr>
          <w:color w:val="365F91" w:themeColor="accent1" w:themeShade="BF"/>
        </w:rPr>
        <w:t>1.2 Monitoring Student Engagement</w:t>
      </w:r>
    </w:p>
    <w:p w14:paraId="3AE8BCF3" w14:textId="48B3F5F6" w:rsidR="00AA2D90" w:rsidRDefault="00492A9A">
      <w:r>
        <w:fldChar w:fldCharType="begin">
          <w:ffData>
            <w:name w:val="RSIChk05"/>
            <w:enabled/>
            <w:calcOnExit w:val="0"/>
            <w:helpText w:type="text" w:val="Checkbox 5: 1.2 Monitoring Student Engagement. I regularly monitor student participation, assignment submissions, and academic progress."/>
            <w:statusText w:type="text" w:val="Checkbox 5: 1.2 Monitoring Student Engagement. I regularly monitor student participation, assignment submissions, and academic progress.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="008D446B">
        <w:t>I regularly monitor student participation, assignment submissions, and academic progress.</w:t>
      </w:r>
    </w:p>
    <w:p w14:paraId="09CBAFF1" w14:textId="7DE51B12" w:rsidR="00AA2D90" w:rsidRDefault="00492A9A">
      <w:r>
        <w:fldChar w:fldCharType="begin">
          <w:ffData>
            <w:name w:val="RSIChk06"/>
            <w:enabled/>
            <w:calcOnExit w:val="0"/>
            <w:helpText w:type="text" w:val="Checkbox 6: 1.2 Monitoring Student Engagement. I proactively reach out to students who appear disengaged, are missing assignments, or may be struggling academically."/>
            <w:statusText w:type="text" w:val="Checkbox 6: 1.2 Monitoring Student Engagement. I proactively reach out to students who appear disengaged, are missing assignments, or may 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</w:t>
      </w:r>
      <w:r w:rsidR="008D446B">
        <w:t>I proactively reach out to students who appear disengaged, are missing assignments, or may be struggling academically.</w:t>
      </w:r>
    </w:p>
    <w:p w14:paraId="7597DBE3" w14:textId="0E260323" w:rsidR="00AA2D90" w:rsidRDefault="00492A9A">
      <w:r>
        <w:fldChar w:fldCharType="begin">
          <w:ffData>
            <w:name w:val="RSIChk07"/>
            <w:enabled/>
            <w:calcOnExit w:val="0"/>
            <w:helpText w:type="text" w:val="Checkbox 7: 1.2 Monitoring Student Engagement. I respond to student questions in a timely manner, such as within 24-48 business hours for questions, 7 days for weekly assignments, or before the next major activity for exams, quizzes, or projects."/>
            <w:statusText w:type="text" w:val="Checkbox 7: 1.2 Monitoring Student Engagement. I respond to student questions in a timely manner, such as within 24-48 business hours for 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</w:t>
      </w:r>
      <w:r w:rsidR="008D446B">
        <w:t>I respond to student questions in a timely manner, such as within 24–48 business hours for questions, 7 days for weekly assignments, or before the next major activity for exams, quizzes, or projects.</w:t>
      </w:r>
    </w:p>
    <w:p w14:paraId="17051DFB" w14:textId="4F5FCFE8" w:rsidR="00AA2D90" w:rsidRDefault="00492A9A">
      <w:r>
        <w:fldChar w:fldCharType="begin">
          <w:ffData>
            <w:name w:val="RSIChk08"/>
            <w:enabled/>
            <w:calcOnExit w:val="0"/>
            <w:helpText w:type="text" w:val="Checkbox 8: 1.2 Monitoring Student Engagement. Opportunities for instructor interaction are provided throughout the course, not only at the beginning or end of the term."/>
            <w:statusText w:type="text" w:val="Checkbox 8: 1.2 Monitoring Student Engagement. Opportunities for instructor interaction are provided throughout the course, not only at th"/>
            <w:checkBox>
              <w:sizeAuto/>
              <w:default w:val="0"/>
            </w:checkBox>
          </w:ffData>
        </w:fldChar>
      </w:r>
      <w:bookmarkStart w:id="7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</w:t>
      </w:r>
      <w:r w:rsidR="008D446B">
        <w:t>Opportunities for instructor interaction are provided throughout the course, not only at the beginning or end of the term.</w:t>
      </w:r>
    </w:p>
    <w:p w14:paraId="499721CA" w14:textId="77777777" w:rsidR="00AA2D90" w:rsidRDefault="008D446B">
      <w:r>
        <w:rPr>
          <w:b/>
        </w:rPr>
        <w:t>Notes or follow-up actions:</w:t>
      </w:r>
    </w:p>
    <w:p w14:paraId="72EE5986" w14:textId="44EAC037" w:rsidR="00AA2D90" w:rsidRDefault="00D0390D" w:rsidP="1F685071">
      <w:pPr>
        <w:pStyle w:val="ListParagraph"/>
        <w:numPr>
          <w:ilvl w:val="0"/>
          <w:numId w:val="2"/>
        </w:numPr>
      </w:pPr>
      <w:sdt>
        <w:sdtPr>
          <w:alias w:val="1.2 Monitoring Student Engagement notes or follow-up actions, line 1"/>
          <w:tag w:val="Notes_04"/>
          <w:id w:val="1016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01E0A917" w14:textId="407E3762" w:rsidR="00AA2D90" w:rsidRDefault="00D0390D" w:rsidP="1F685071">
      <w:pPr>
        <w:pStyle w:val="ListParagraph"/>
        <w:numPr>
          <w:ilvl w:val="0"/>
          <w:numId w:val="2"/>
        </w:numPr>
      </w:pPr>
      <w:sdt>
        <w:sdtPr>
          <w:alias w:val="1.2 Monitoring Student Engagement notes or follow-up actions, line 2"/>
          <w:tag w:val="Notes_05"/>
          <w:id w:val="1017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4F06CB8D" w14:textId="637F47DC" w:rsidR="00AA2D90" w:rsidRDefault="00D0390D" w:rsidP="1F685071">
      <w:pPr>
        <w:pStyle w:val="ListParagraph"/>
        <w:numPr>
          <w:ilvl w:val="0"/>
          <w:numId w:val="2"/>
        </w:numPr>
      </w:pPr>
      <w:sdt>
        <w:sdtPr>
          <w:alias w:val="1.2 Monitoring Student Engagement notes or follow-up actions, line 3"/>
          <w:tag w:val="Notes_06"/>
          <w:id w:val="1018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0BBAE12C" w14:textId="77777777" w:rsidR="00AA2D90" w:rsidRPr="00B02A41" w:rsidRDefault="008D446B" w:rsidP="008556BA">
      <w:pPr>
        <w:pStyle w:val="Heading1"/>
        <w:pBdr>
          <w:top w:val="single" w:sz="4" w:space="1" w:color="auto"/>
          <w:left w:val="single" w:sz="4" w:space="4" w:color="auto"/>
        </w:pBdr>
        <w:rPr>
          <w:sz w:val="30"/>
          <w:szCs w:val="30"/>
        </w:rPr>
      </w:pPr>
      <w:r w:rsidRPr="00B02A41">
        <w:rPr>
          <w:sz w:val="30"/>
          <w:szCs w:val="30"/>
        </w:rPr>
        <w:t>2. Substantive Interaction</w:t>
      </w:r>
    </w:p>
    <w:p w14:paraId="31784D29" w14:textId="77777777" w:rsidR="00AA2D90" w:rsidRDefault="008D446B">
      <w:r>
        <w:t>To support RSI compliance, the course should include at least two of the activities below throughout the term.</w:t>
      </w:r>
    </w:p>
    <w:p w14:paraId="2AB7AA6C" w14:textId="77777777" w:rsidR="00AA2D90" w:rsidRPr="00C562EC" w:rsidRDefault="008D446B">
      <w:pPr>
        <w:pStyle w:val="Heading2"/>
        <w:rPr>
          <w:color w:val="365F91" w:themeColor="accent1" w:themeShade="BF"/>
        </w:rPr>
      </w:pPr>
      <w:r w:rsidRPr="00C562EC">
        <w:rPr>
          <w:color w:val="365F91" w:themeColor="accent1" w:themeShade="BF"/>
        </w:rPr>
        <w:t>2.1 Assessment and Feedback</w:t>
      </w:r>
    </w:p>
    <w:p w14:paraId="6865346D" w14:textId="289DC540" w:rsidR="00AA2D90" w:rsidRDefault="00492A9A">
      <w:r>
        <w:fldChar w:fldCharType="begin">
          <w:ffData>
            <w:name w:val="RSIChk09"/>
            <w:enabled/>
            <w:calcOnExit w:val="0"/>
            <w:helpText w:type="text" w:val="Checkbox 9: 2.1 Assessment and Feedback. I provide meaningful, individualized feedback on student work."/>
            <w:statusText w:type="text" w:val="Checkbox 9: 2.1 Assessment and Feedback. I provide meaningful, individualized feedback on student work."/>
            <w:checkBox>
              <w:sizeAuto/>
              <w:default w:val="0"/>
              <w:checked w:val="0"/>
            </w:checkBox>
          </w:ffData>
        </w:fldChar>
      </w:r>
      <w:bookmarkStart w:id="8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</w:t>
      </w:r>
      <w:r w:rsidR="008D446B">
        <w:t>I provide meaningful, individualized feedback on student work.</w:t>
      </w:r>
    </w:p>
    <w:p w14:paraId="192663B2" w14:textId="036FF283" w:rsidR="00AA2D90" w:rsidRDefault="00492A9A">
      <w:r>
        <w:fldChar w:fldCharType="begin">
          <w:ffData>
            <w:name w:val="RSIChk10"/>
            <w:enabled/>
            <w:calcOnExit w:val="0"/>
            <w:helpText w:type="text" w:val="Checkbox 10: 2.1 Assessment and Feedback. My feedback helps students understand strengths, areas for improvement, and next steps for learning."/>
            <w:statusText w:type="text" w:val="Checkbox 10: 2.1 Assessment and Feedback. My feedback helps students understand strengths, areas for improvement, and next steps for learn"/>
            <w:checkBox>
              <w:sizeAuto/>
              <w:default w:val="0"/>
            </w:checkBox>
          </w:ffData>
        </w:fldChar>
      </w:r>
      <w:bookmarkStart w:id="9" w:name="Check10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</w:t>
      </w:r>
      <w:r w:rsidR="008D446B">
        <w:t>My feedback helps students understand strengths, areas for improvement, and next steps for learning.</w:t>
      </w:r>
    </w:p>
    <w:p w14:paraId="684BC45E" w14:textId="49975FF4" w:rsidR="00AA2D90" w:rsidRDefault="00492A9A">
      <w:r>
        <w:fldChar w:fldCharType="begin">
          <w:ffData>
            <w:name w:val="RSIChk11"/>
            <w:enabled/>
            <w:calcOnExit w:val="0"/>
            <w:helpText w:type="text" w:val="Checkbox 11: 2.1 Assessment and Feedback. I provide feedback throughout the course, not solely through numerical grades."/>
            <w:statusText w:type="text" w:val="Checkbox 11: 2.1 Assessment and Feedback. I provide feedback throughout the course, not solely through numerical grades."/>
            <w:checkBox>
              <w:sizeAuto/>
              <w:default w:val="0"/>
            </w:checkBox>
          </w:ffData>
        </w:fldChar>
      </w:r>
      <w:bookmarkStart w:id="10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</w:t>
      </w:r>
      <w:r w:rsidR="008D446B">
        <w:t>I provide feedback throughout the course, not solely through numerical grades.</w:t>
      </w:r>
    </w:p>
    <w:p w14:paraId="2C31EDE3" w14:textId="77777777" w:rsidR="00AA2D90" w:rsidRDefault="008D446B">
      <w:r>
        <w:rPr>
          <w:b/>
        </w:rPr>
        <w:t>Notes or follow-up actions:</w:t>
      </w:r>
    </w:p>
    <w:p w14:paraId="03CDB35D" w14:textId="5C47BBCC" w:rsidR="00AA2D90" w:rsidRDefault="00D0390D" w:rsidP="1F685071">
      <w:pPr>
        <w:pStyle w:val="ListParagraph"/>
        <w:numPr>
          <w:ilvl w:val="0"/>
          <w:numId w:val="3"/>
        </w:numPr>
      </w:pPr>
      <w:sdt>
        <w:sdtPr>
          <w:alias w:val="2.1 Assessment and Feedback notes or follow-up actions, line 1"/>
          <w:tag w:val="Notes_07"/>
          <w:id w:val="1022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43B9CF38" w14:textId="5B7BDF77" w:rsidR="00AA2D90" w:rsidRDefault="00D0390D" w:rsidP="1F685071">
      <w:pPr>
        <w:pStyle w:val="ListParagraph"/>
        <w:numPr>
          <w:ilvl w:val="0"/>
          <w:numId w:val="3"/>
        </w:numPr>
      </w:pPr>
      <w:sdt>
        <w:sdtPr>
          <w:alias w:val="2.1 Assessment and Feedback notes or follow-up actions, line 2"/>
          <w:tag w:val="Notes_08"/>
          <w:id w:val="1023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C06BDBB" w14:textId="2BD4F10F" w:rsidR="00AA2D90" w:rsidRDefault="00D0390D" w:rsidP="1F685071">
      <w:pPr>
        <w:pStyle w:val="ListParagraph"/>
        <w:numPr>
          <w:ilvl w:val="0"/>
          <w:numId w:val="3"/>
        </w:numPr>
      </w:pPr>
      <w:sdt>
        <w:sdtPr>
          <w:alias w:val="2.1 Assessment and Feedback notes or follow-up actions, line 3"/>
          <w:tag w:val="Notes_09"/>
          <w:id w:val="1024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6A0BAAD7" w14:textId="77777777" w:rsidR="00AA2D90" w:rsidRPr="00735F80" w:rsidRDefault="008D446B">
      <w:pPr>
        <w:pStyle w:val="Heading2"/>
        <w:rPr>
          <w:color w:val="365F91" w:themeColor="accent1" w:themeShade="BF"/>
        </w:rPr>
      </w:pPr>
      <w:r w:rsidRPr="00735F80">
        <w:rPr>
          <w:color w:val="365F91" w:themeColor="accent1" w:themeShade="BF"/>
        </w:rPr>
        <w:lastRenderedPageBreak/>
        <w:t>2.2 Responding to Questions About Course Content</w:t>
      </w:r>
    </w:p>
    <w:p w14:paraId="677C812E" w14:textId="6BBB239E" w:rsidR="00AA2D90" w:rsidRDefault="00492A9A">
      <w:r>
        <w:fldChar w:fldCharType="begin">
          <w:ffData>
            <w:name w:val="RSIChk12"/>
            <w:enabled/>
            <w:calcOnExit w:val="0"/>
            <w:helpText w:type="text" w:val="Checkbox 12: 2.2 Responding to Questions About Course Content. I answer student questions related to course concepts, assignments, or learning objectives."/>
            <w:statusText w:type="text" w:val="Checkbox 12: 2.2 Responding to Questions About Course Content. I answer student questions related to course concepts, assignments, or lear"/>
            <w:checkBox>
              <w:sizeAuto/>
              <w:default w:val="0"/>
            </w:checkBox>
          </w:ffData>
        </w:fldChar>
      </w:r>
      <w:bookmarkStart w:id="11" w:name="Check12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</w:t>
      </w:r>
      <w:r w:rsidR="008D446B">
        <w:t>I answer student questions related to course concepts, assignments, or learning objectives.</w:t>
      </w:r>
    </w:p>
    <w:p w14:paraId="52B81818" w14:textId="5F88AD27" w:rsidR="00AA2D90" w:rsidRDefault="00492A9A">
      <w:r>
        <w:fldChar w:fldCharType="begin">
          <w:ffData>
            <w:name w:val="RSIChk13"/>
            <w:enabled/>
            <w:calcOnExit w:val="0"/>
            <w:helpText w:type="text" w:val="Checkbox 13: 2.2 Responding to Questions About Course Content. I provide clarification when students demonstrate confusion or misunderstanding."/>
            <w:statusText w:type="text" w:val="Checkbox 13: 2.2 Responding to Questions About Course Content. I provide clarification when students demonstrate confusion or misunderstan"/>
            <w:checkBox>
              <w:sizeAuto/>
              <w:default w:val="0"/>
            </w:checkBox>
          </w:ffData>
        </w:fldChar>
      </w:r>
      <w:bookmarkStart w:id="12" w:name="Check13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</w:t>
      </w:r>
      <w:r w:rsidR="008D446B">
        <w:t>I provide clarification when students demonstrate confusion or misunderstanding.</w:t>
      </w:r>
    </w:p>
    <w:p w14:paraId="30A74EC3" w14:textId="6344EF5A" w:rsidR="00AA2D90" w:rsidRDefault="00492A9A">
      <w:r>
        <w:fldChar w:fldCharType="begin">
          <w:ffData>
            <w:name w:val="RSIChk14"/>
            <w:enabled/>
            <w:calcOnExit w:val="0"/>
            <w:helpText w:type="text" w:val="Checkbox 14: 2.2 Responding to Questions About Course Content. I offer office hours, Q&amp;A forums, review sessions, or other opportunities for academic support."/>
            <w:statusText w:type="text" w:val="Checkbox 14: 2.2 Responding to Questions About Course Content. I offer office hours, Q&amp;A forums, review sessions, or other opportunities f"/>
            <w:checkBox>
              <w:sizeAuto/>
              <w:default w:val="0"/>
            </w:checkBox>
          </w:ffData>
        </w:fldChar>
      </w:r>
      <w:bookmarkStart w:id="13" w:name="Check14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</w:t>
      </w:r>
      <w:r w:rsidR="008D446B">
        <w:t>I offer office hours, Q&amp;A forums, review sessions, or other opportunities for academic support.</w:t>
      </w:r>
    </w:p>
    <w:p w14:paraId="246A6100" w14:textId="77777777" w:rsidR="00AA2D90" w:rsidRDefault="008D446B">
      <w:r>
        <w:rPr>
          <w:b/>
        </w:rPr>
        <w:t>Notes or follow-up actions:</w:t>
      </w:r>
    </w:p>
    <w:p w14:paraId="593EB56A" w14:textId="18ADE17E" w:rsidR="00AA2D90" w:rsidRDefault="00D0390D" w:rsidP="1F685071">
      <w:pPr>
        <w:pStyle w:val="ListParagraph"/>
        <w:numPr>
          <w:ilvl w:val="0"/>
          <w:numId w:val="4"/>
        </w:numPr>
      </w:pPr>
      <w:sdt>
        <w:sdtPr>
          <w:alias w:val="2.2 Responding to Questions About Course Content notes or follow-up actions, line 1"/>
          <w:tag w:val="Notes_10"/>
          <w:id w:val="1028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723B2F1F" w14:textId="481047BA" w:rsidR="00AA2D90" w:rsidRDefault="00D0390D" w:rsidP="1F685071">
      <w:pPr>
        <w:pStyle w:val="ListParagraph"/>
        <w:numPr>
          <w:ilvl w:val="0"/>
          <w:numId w:val="4"/>
        </w:numPr>
      </w:pPr>
      <w:sdt>
        <w:sdtPr>
          <w:alias w:val="2.2 Responding to Questions About Course Content notes or follow-up actions, line 2"/>
          <w:tag w:val="Notes_11"/>
          <w:id w:val="1029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4E27D6D" w14:textId="17317A94" w:rsidR="00AA2D90" w:rsidRDefault="00D0390D" w:rsidP="1F685071">
      <w:pPr>
        <w:pStyle w:val="ListParagraph"/>
        <w:numPr>
          <w:ilvl w:val="0"/>
          <w:numId w:val="4"/>
        </w:numPr>
      </w:pPr>
      <w:sdt>
        <w:sdtPr>
          <w:alias w:val="2.2 Responding to Questions About Course Content notes or follow-up actions, line 3"/>
          <w:tag w:val="Notes_12"/>
          <w:id w:val="1030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FEECF9D" w14:textId="77777777" w:rsidR="00AA2D90" w:rsidRPr="00C562EC" w:rsidRDefault="008D446B">
      <w:pPr>
        <w:pStyle w:val="Heading2"/>
        <w:rPr>
          <w:color w:val="365F91" w:themeColor="accent1" w:themeShade="BF"/>
        </w:rPr>
      </w:pPr>
      <w:r w:rsidRPr="00C562EC">
        <w:rPr>
          <w:color w:val="365F91" w:themeColor="accent1" w:themeShade="BF"/>
        </w:rPr>
        <w:t>2.3 Facilitating Academic Discussions</w:t>
      </w:r>
    </w:p>
    <w:p w14:paraId="6CB3DD47" w14:textId="079DDBA4" w:rsidR="00AA2D90" w:rsidRDefault="00492A9A">
      <w:r>
        <w:fldChar w:fldCharType="begin">
          <w:ffData>
            <w:name w:val="RSIChk15"/>
            <w:enabled/>
            <w:calcOnExit w:val="0"/>
            <w:helpText w:type="text" w:val="Checkbox 15: 2.3 Facilitating Academic Discussions. I actively participate in discussion forums or other course conversations."/>
            <w:statusText w:type="text" w:val="Checkbox 15: 2.3 Facilitating Academic Discussions. I actively participate in discussion forums or other course conversations."/>
            <w:checkBox>
              <w:sizeAuto/>
              <w:default w:val="0"/>
            </w:checkBox>
          </w:ffData>
        </w:fldChar>
      </w:r>
      <w:bookmarkStart w:id="14" w:name="Check15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</w:t>
      </w:r>
      <w:r w:rsidR="008D446B">
        <w:t>I actively participate in discussion forums or other course conversations.</w:t>
      </w:r>
    </w:p>
    <w:p w14:paraId="531AEBA4" w14:textId="5E9A1EA9" w:rsidR="00AA2D90" w:rsidRDefault="00492A9A">
      <w:r>
        <w:fldChar w:fldCharType="begin">
          <w:ffData>
            <w:name w:val="RSIChk16"/>
            <w:enabled/>
            <w:calcOnExit w:val="0"/>
            <w:helpText w:type="text" w:val="Checkbox 16: 2.3 Facilitating Academic Discussions. My discussion contributions extend learning by asking follow-up questions, providing guidance, or encouraging deeper analysis."/>
            <w:statusText w:type="text" w:val="Checkbox 16: 2.3 Facilitating Academic Discussions. My discussion contributions extend learning by asking follow-up questions, providing g"/>
            <w:checkBox>
              <w:sizeAuto/>
              <w:default w:val="0"/>
            </w:checkBox>
          </w:ffData>
        </w:fldChar>
      </w:r>
      <w:bookmarkStart w:id="15" w:name="Check16"/>
      <w:r>
        <w:instrText xml:space="preserve"> FORMCHECKBOX </w:instrText>
      </w:r>
      <w:r>
        <w:fldChar w:fldCharType="separate"/>
      </w:r>
      <w:r>
        <w:fldChar w:fldCharType="end"/>
      </w:r>
      <w:bookmarkEnd w:id="15"/>
      <w:r>
        <w:t xml:space="preserve"> </w:t>
      </w:r>
      <w:r w:rsidR="008D446B">
        <w:t>My discussion contributions extend learning by asking follow-up questions, providing guidance, or encouraging deeper analysis.</w:t>
      </w:r>
    </w:p>
    <w:p w14:paraId="05FB788C" w14:textId="2EE95E34" w:rsidR="00AA2D90" w:rsidRDefault="00492A9A">
      <w:r>
        <w:fldChar w:fldCharType="begin">
          <w:ffData>
            <w:name w:val="RSIChk17"/>
            <w:enabled/>
            <w:calcOnExit w:val="0"/>
            <w:helpText w:type="text" w:val="Checkbox 17: 2.3 Facilitating Academic Discussions. I facilitate meaningful dialogue rather than simply monitoring participation."/>
            <w:statusText w:type="text" w:val="Checkbox 17: 2.3 Facilitating Academic Discussions. I facilitate meaningful dialogue rather than simply monitoring participation."/>
            <w:checkBox>
              <w:sizeAuto/>
              <w:default w:val="0"/>
            </w:checkBox>
          </w:ffData>
        </w:fldChar>
      </w:r>
      <w:bookmarkStart w:id="16" w:name="Check17"/>
      <w:r>
        <w:instrText xml:space="preserve"> FORMCHECKBOX </w:instrText>
      </w:r>
      <w:r>
        <w:fldChar w:fldCharType="separate"/>
      </w:r>
      <w:r>
        <w:fldChar w:fldCharType="end"/>
      </w:r>
      <w:bookmarkEnd w:id="16"/>
      <w:r>
        <w:t xml:space="preserve"> </w:t>
      </w:r>
      <w:r w:rsidR="008D446B">
        <w:t>I facilitate meaningful dialogue rather than simply monitoring participation.</w:t>
      </w:r>
    </w:p>
    <w:p w14:paraId="28769691" w14:textId="77777777" w:rsidR="00AA2D90" w:rsidRDefault="008D446B">
      <w:r>
        <w:rPr>
          <w:b/>
        </w:rPr>
        <w:t>Notes or follow-up actions:</w:t>
      </w:r>
    </w:p>
    <w:p w14:paraId="26395BFE" w14:textId="66EA6501" w:rsidR="00AA2D90" w:rsidRDefault="00D0390D" w:rsidP="1F685071">
      <w:pPr>
        <w:pStyle w:val="ListParagraph"/>
        <w:numPr>
          <w:ilvl w:val="0"/>
          <w:numId w:val="5"/>
        </w:numPr>
      </w:pPr>
      <w:sdt>
        <w:sdtPr>
          <w:alias w:val="2.3 Facilitating Academic Discussions notes or follow-up actions, line 1"/>
          <w:tag w:val="Notes_13"/>
          <w:id w:val="1034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473EC3D1" w14:textId="153C48FA" w:rsidR="00AA2D90" w:rsidRDefault="00D0390D" w:rsidP="1F685071">
      <w:pPr>
        <w:pStyle w:val="ListParagraph"/>
        <w:numPr>
          <w:ilvl w:val="0"/>
          <w:numId w:val="5"/>
        </w:numPr>
      </w:pPr>
      <w:sdt>
        <w:sdtPr>
          <w:alias w:val="2.3 Facilitating Academic Discussions notes or follow-up actions, line 2"/>
          <w:tag w:val="Notes_14"/>
          <w:id w:val="1035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10643D94" w14:textId="539144B6" w:rsidR="00AA2D90" w:rsidRDefault="00D0390D" w:rsidP="1F685071">
      <w:pPr>
        <w:pStyle w:val="ListParagraph"/>
        <w:numPr>
          <w:ilvl w:val="0"/>
          <w:numId w:val="5"/>
        </w:numPr>
      </w:pPr>
      <w:sdt>
        <w:sdtPr>
          <w:alias w:val="2.3 Facilitating Academic Discussions notes or follow-up actions, line 3"/>
          <w:tag w:val="Notes_15"/>
          <w:id w:val="1036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184B5115" w14:textId="77777777" w:rsidR="00AA2D90" w:rsidRPr="00C562EC" w:rsidRDefault="008D446B">
      <w:pPr>
        <w:pStyle w:val="Heading2"/>
        <w:rPr>
          <w:color w:val="365F91" w:themeColor="accent1" w:themeShade="BF"/>
        </w:rPr>
      </w:pPr>
      <w:r w:rsidRPr="00C562EC">
        <w:rPr>
          <w:color w:val="365F91" w:themeColor="accent1" w:themeShade="BF"/>
        </w:rPr>
        <w:t>2.4 Direct Instruction</w:t>
      </w:r>
    </w:p>
    <w:p w14:paraId="19CD5F2F" w14:textId="148A1E16" w:rsidR="00AA2D90" w:rsidRDefault="00492A9A">
      <w:r>
        <w:fldChar w:fldCharType="begin">
          <w:ffData>
            <w:name w:val="RSIChk18"/>
            <w:enabled/>
            <w:calcOnExit w:val="0"/>
            <w:helpText w:type="text" w:val="Checkbox 18: 2.4 Direct Instruction. I provide synchronous /live instructional guidance that helps students understand course concepts."/>
            <w:statusText w:type="text" w:val="Checkbox 18: 2.4 Direct Instruction. I provide synchronous /live instructional guidance that helps students understand course concepts."/>
            <w:checkBox>
              <w:sizeAuto/>
              <w:default w:val="0"/>
            </w:checkBox>
          </w:ffData>
        </w:fldChar>
      </w:r>
      <w:bookmarkStart w:id="17" w:name="Check18"/>
      <w:r>
        <w:instrText xml:space="preserve"> FORMCHECKBOX </w:instrText>
      </w:r>
      <w:r>
        <w:fldChar w:fldCharType="separate"/>
      </w:r>
      <w:r>
        <w:fldChar w:fldCharType="end"/>
      </w:r>
      <w:bookmarkEnd w:id="17"/>
      <w:r>
        <w:t xml:space="preserve"> </w:t>
      </w:r>
      <w:r w:rsidR="008D446B">
        <w:t>I provide synchronous /live instructional guidance that helps students understand course concepts.</w:t>
      </w:r>
    </w:p>
    <w:p w14:paraId="4457130C" w14:textId="580A3B90" w:rsidR="00AA2D90" w:rsidRDefault="00492A9A">
      <w:r>
        <w:fldChar w:fldCharType="begin">
          <w:ffData>
            <w:name w:val="RSIChk19"/>
            <w:enabled/>
            <w:calcOnExit w:val="0"/>
            <w:helpText w:type="text" w:val="Checkbox 19: 2.4 Direct Instruction. I offer synchronous/live explanations, examples, demonstrations, mini-lectures, review sessions, or other instructor-led learning opportunities."/>
            <w:statusText w:type="text" w:val="Checkbox 19: 2.4 Direct Instruction. I offer synchronous/live explanations, examples, demonstrations, mini-lectures, review sessions, or o"/>
            <w:checkBox>
              <w:sizeAuto/>
              <w:default w:val="0"/>
            </w:checkBox>
          </w:ffData>
        </w:fldChar>
      </w:r>
      <w:bookmarkStart w:id="18" w:name="Check19"/>
      <w: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t xml:space="preserve"> </w:t>
      </w:r>
      <w:r w:rsidR="008D446B">
        <w:t>I offer synchronous/live explanations, examples, demonstrations, mini-lectures, review sessions, or other instructor-led learning opportunities.</w:t>
      </w:r>
    </w:p>
    <w:p w14:paraId="3F24948F" w14:textId="22268777" w:rsidR="00AA2D90" w:rsidRDefault="00492A9A">
      <w:r>
        <w:fldChar w:fldCharType="begin">
          <w:ffData>
            <w:name w:val="RSIChk20"/>
            <w:enabled/>
            <w:calcOnExit w:val="0"/>
            <w:helpText w:type="text" w:val="Checkbox 20: 2.4 Direct Instruction. Instruction is actively connected to current course content and student learning needs."/>
            <w:statusText w:type="text" w:val="Checkbox 20: 2.4 Direct Instruction. Instruction is actively connected to current course content and student learning needs."/>
            <w:checkBox>
              <w:sizeAuto/>
              <w:default w:val="0"/>
            </w:checkBox>
          </w:ffData>
        </w:fldChar>
      </w:r>
      <w:bookmarkStart w:id="19" w:name="Check20"/>
      <w:r>
        <w:instrText xml:space="preserve"> FORMCHECKBOX </w:instrText>
      </w:r>
      <w:r>
        <w:fldChar w:fldCharType="separate"/>
      </w:r>
      <w:r>
        <w:fldChar w:fldCharType="end"/>
      </w:r>
      <w:bookmarkEnd w:id="19"/>
      <w:r>
        <w:t xml:space="preserve"> </w:t>
      </w:r>
      <w:r w:rsidR="008D446B">
        <w:t>Instruction is actively connected to current course content and student learning needs.</w:t>
      </w:r>
    </w:p>
    <w:p w14:paraId="3251C728" w14:textId="77777777" w:rsidR="00AA2D90" w:rsidRDefault="008D446B">
      <w:r>
        <w:rPr>
          <w:b/>
        </w:rPr>
        <w:t>Notes or follow-up actions:</w:t>
      </w:r>
    </w:p>
    <w:p w14:paraId="4E79EA04" w14:textId="08810E92" w:rsidR="00AA2D90" w:rsidRDefault="00D0390D" w:rsidP="1F685071">
      <w:pPr>
        <w:pStyle w:val="ListParagraph"/>
        <w:numPr>
          <w:ilvl w:val="0"/>
          <w:numId w:val="6"/>
        </w:numPr>
      </w:pPr>
      <w:sdt>
        <w:sdtPr>
          <w:alias w:val="2.4 Direct Instruction notes or follow-up actions, line 1"/>
          <w:tag w:val="Notes_16"/>
          <w:id w:val="1040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0825EB79" w14:textId="0220FB4C" w:rsidR="00AA2D90" w:rsidRDefault="00D0390D" w:rsidP="1F685071">
      <w:pPr>
        <w:pStyle w:val="ListParagraph"/>
        <w:numPr>
          <w:ilvl w:val="0"/>
          <w:numId w:val="6"/>
        </w:numPr>
      </w:pPr>
      <w:sdt>
        <w:sdtPr>
          <w:alias w:val="2.4 Direct Instruction notes or follow-up actions, line 2"/>
          <w:tag w:val="Notes_17"/>
          <w:id w:val="1041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9E437EE" w14:textId="513202DF" w:rsidR="00AA2D90" w:rsidRDefault="00D0390D" w:rsidP="1F685071">
      <w:pPr>
        <w:pStyle w:val="ListParagraph"/>
        <w:numPr>
          <w:ilvl w:val="0"/>
          <w:numId w:val="6"/>
        </w:numPr>
      </w:pPr>
      <w:sdt>
        <w:sdtPr>
          <w:alias w:val="2.4 Direct Instruction notes or follow-up actions, line 3"/>
          <w:tag w:val="Notes_18"/>
          <w:id w:val="1042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6E4B5663" w14:textId="77777777" w:rsidR="00AA2D90" w:rsidRPr="00B02A41" w:rsidRDefault="008D446B" w:rsidP="008556BA">
      <w:pPr>
        <w:pStyle w:val="Heading1"/>
        <w:pBdr>
          <w:top w:val="single" w:sz="4" w:space="1" w:color="auto"/>
          <w:left w:val="single" w:sz="4" w:space="4" w:color="auto"/>
        </w:pBdr>
        <w:rPr>
          <w:sz w:val="30"/>
          <w:szCs w:val="30"/>
        </w:rPr>
      </w:pPr>
      <w:r w:rsidRPr="00B02A41">
        <w:rPr>
          <w:sz w:val="30"/>
          <w:szCs w:val="30"/>
        </w:rPr>
        <w:lastRenderedPageBreak/>
        <w:t>3. Instructor-Initiated Interaction</w:t>
      </w:r>
    </w:p>
    <w:p w14:paraId="33724890" w14:textId="566DD8A0" w:rsidR="00AA2D90" w:rsidRDefault="00492A9A">
      <w:r>
        <w:fldChar w:fldCharType="begin">
          <w:ffData>
            <w:name w:val="RSIChk21"/>
            <w:enabled/>
            <w:calcOnExit w:val="0"/>
            <w:helpText w:type="text" w:val="Checkbox 21: 3. Instructor-Initiated Interaction. Interaction is initiated by me as the instructor and is not dependent solely on students reaching out first."/>
            <w:statusText w:type="text" w:val="Checkbox 21: 3. Instructor-Initiated Interaction. Interaction is initiated by me as the instructor and is not dependent solely on students"/>
            <w:checkBox>
              <w:sizeAuto/>
              <w:default w:val="0"/>
            </w:checkBox>
          </w:ffData>
        </w:fldChar>
      </w:r>
      <w:bookmarkStart w:id="20" w:name="Check21"/>
      <w:r>
        <w:instrText xml:space="preserve"> FORMCHECKBOX </w:instrText>
      </w:r>
      <w:r>
        <w:fldChar w:fldCharType="separate"/>
      </w:r>
      <w:r>
        <w:fldChar w:fldCharType="end"/>
      </w:r>
      <w:bookmarkEnd w:id="20"/>
      <w:r>
        <w:t xml:space="preserve"> </w:t>
      </w:r>
      <w:r w:rsidR="008D446B">
        <w:t>Interaction is initiated by me as the instructor and is not dependent solely on students reaching out first.</w:t>
      </w:r>
    </w:p>
    <w:p w14:paraId="6D9DB8F8" w14:textId="1310149C" w:rsidR="00AA2D90" w:rsidRDefault="00492A9A">
      <w:r>
        <w:fldChar w:fldCharType="begin">
          <w:ffData>
            <w:name w:val="RSIChk22"/>
            <w:enabled/>
            <w:calcOnExit w:val="0"/>
            <w:helpText w:type="text" w:val="Checkbox 22: 3. Instructor-Initiated Interaction. I create planned opportunities for engagement throughout the course."/>
            <w:statusText w:type="text" w:val="Checkbox 22: 3. Instructor-Initiated Interaction. I create planned opportunities for engagement throughout the course."/>
            <w:checkBox>
              <w:sizeAuto/>
              <w:default w:val="0"/>
            </w:checkBox>
          </w:ffData>
        </w:fldChar>
      </w:r>
      <w:bookmarkStart w:id="21" w:name="Check22"/>
      <w:r>
        <w:instrText xml:space="preserve"> FORMCHECKBOX </w:instrText>
      </w:r>
      <w:r>
        <w:fldChar w:fldCharType="separate"/>
      </w:r>
      <w:r>
        <w:fldChar w:fldCharType="end"/>
      </w:r>
      <w:bookmarkEnd w:id="21"/>
      <w:r>
        <w:t xml:space="preserve"> </w:t>
      </w:r>
      <w:r w:rsidR="008D446B">
        <w:t>I create planned opportunities for engagement throughout the course.</w:t>
      </w:r>
    </w:p>
    <w:p w14:paraId="3C793835" w14:textId="52D9FE3B" w:rsidR="00AA2D90" w:rsidRDefault="00492A9A">
      <w:r>
        <w:fldChar w:fldCharType="begin">
          <w:ffData>
            <w:name w:val="RSIChk23"/>
            <w:enabled/>
            <w:calcOnExit w:val="0"/>
            <w:helpText w:type="text" w:val="Checkbox 23: 3. Instructor-Initiated Interaction. I regularly communicate with students about course content, expectations, and progress."/>
            <w:statusText w:type="text" w:val="Checkbox 23: 3. Instructor-Initiated Interaction. I regularly communicate with students about course content, expectations, and progress."/>
            <w:checkBox>
              <w:sizeAuto/>
              <w:default w:val="0"/>
            </w:checkBox>
          </w:ffData>
        </w:fldChar>
      </w:r>
      <w:bookmarkStart w:id="22" w:name="Check23"/>
      <w:r>
        <w:instrText xml:space="preserve"> FORMCHECKBOX </w:instrText>
      </w:r>
      <w:r>
        <w:fldChar w:fldCharType="separate"/>
      </w:r>
      <w:r>
        <w:fldChar w:fldCharType="end"/>
      </w:r>
      <w:bookmarkEnd w:id="22"/>
      <w:r>
        <w:t xml:space="preserve"> </w:t>
      </w:r>
      <w:r w:rsidR="008D446B">
        <w:t>I regularly communicate with students about course content, expectations, and progress.</w:t>
      </w:r>
    </w:p>
    <w:p w14:paraId="4A68C079" w14:textId="0AAC3190" w:rsidR="00AA2D90" w:rsidRDefault="00492A9A">
      <w:r>
        <w:fldChar w:fldCharType="begin">
          <w:ffData>
            <w:name w:val="RSIChk24"/>
            <w:enabled/>
            <w:calcOnExit w:val="0"/>
            <w:helpText w:type="text" w:val="Checkbox 24: 3. Instructor-Initiated Interaction. Students receive evidence of my active presence in the course each week."/>
            <w:statusText w:type="text" w:val="Checkbox 24: 3. Instructor-Initiated Interaction. Students receive evidence of my active presence in the course each week."/>
            <w:checkBox>
              <w:sizeAuto/>
              <w:default w:val="0"/>
            </w:checkBox>
          </w:ffData>
        </w:fldChar>
      </w:r>
      <w:bookmarkStart w:id="23" w:name="Check24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>
        <w:t xml:space="preserve"> </w:t>
      </w:r>
      <w:r w:rsidR="008D446B">
        <w:t>Students receive evidence of my active presence in the course each week.</w:t>
      </w:r>
    </w:p>
    <w:p w14:paraId="48DE0CE6" w14:textId="77777777" w:rsidR="00AA2D90" w:rsidRDefault="008D446B">
      <w:r>
        <w:rPr>
          <w:b/>
        </w:rPr>
        <w:t>Notes or follow-up actions:</w:t>
      </w:r>
    </w:p>
    <w:p w14:paraId="0B521261" w14:textId="0472901E" w:rsidR="00AA2D90" w:rsidRDefault="00D0390D" w:rsidP="1F685071">
      <w:pPr>
        <w:pStyle w:val="ListParagraph"/>
        <w:numPr>
          <w:ilvl w:val="0"/>
          <w:numId w:val="7"/>
        </w:numPr>
      </w:pPr>
      <w:sdt>
        <w:sdtPr>
          <w:alias w:val="3. Instructor-Initiated Interaction notes or follow-up actions, line 1"/>
          <w:tag w:val="Notes_19"/>
          <w:id w:val="1047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3B9B6ABF" w14:textId="0267F343" w:rsidR="00AA2D90" w:rsidRDefault="00D0390D" w:rsidP="1F685071">
      <w:pPr>
        <w:pStyle w:val="ListParagraph"/>
        <w:numPr>
          <w:ilvl w:val="0"/>
          <w:numId w:val="7"/>
        </w:numPr>
      </w:pPr>
      <w:sdt>
        <w:sdtPr>
          <w:alias w:val="3. Instructor-Initiated Interaction notes or follow-up actions, line 2"/>
          <w:tag w:val="Notes_20"/>
          <w:id w:val="1048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53F18E65" w14:textId="435BE243" w:rsidR="00AA2D90" w:rsidRDefault="00D0390D" w:rsidP="1F685071">
      <w:pPr>
        <w:pStyle w:val="ListParagraph"/>
        <w:numPr>
          <w:ilvl w:val="0"/>
          <w:numId w:val="7"/>
        </w:numPr>
      </w:pPr>
      <w:sdt>
        <w:sdtPr>
          <w:alias w:val="3. Instructor-Initiated Interaction notes or follow-up actions, line 3"/>
          <w:tag w:val="Notes_21"/>
          <w:id w:val="1049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6390F997" w14:textId="77777777" w:rsidR="00AA2D90" w:rsidRPr="00B02A41" w:rsidRDefault="008D446B" w:rsidP="008556BA">
      <w:pPr>
        <w:pStyle w:val="Heading1"/>
        <w:pBdr>
          <w:top w:val="single" w:sz="4" w:space="1" w:color="auto"/>
          <w:left w:val="single" w:sz="4" w:space="4" w:color="auto"/>
        </w:pBdr>
        <w:rPr>
          <w:sz w:val="30"/>
          <w:szCs w:val="30"/>
        </w:rPr>
      </w:pPr>
      <w:r w:rsidRPr="00B02A41">
        <w:rPr>
          <w:sz w:val="30"/>
          <w:szCs w:val="30"/>
        </w:rPr>
        <w:t>4. Final Review</w:t>
      </w:r>
    </w:p>
    <w:p w14:paraId="79B8FC4F" w14:textId="2B65D7EE" w:rsidR="00AA2D90" w:rsidRDefault="00492A9A">
      <w:r>
        <w:fldChar w:fldCharType="begin">
          <w:ffData>
            <w:name w:val="RSIChk25"/>
            <w:enabled/>
            <w:calcOnExit w:val="0"/>
            <w:helpText w:type="text" w:val="Checkbox 25: 4. Final Review. The course includes regular interaction throughout the term."/>
            <w:statusText w:type="text" w:val="Checkbox 25: 4. Final Review. The course includes regular interaction throughout the term."/>
            <w:checkBox>
              <w:sizeAuto/>
              <w:default w:val="0"/>
            </w:checkBox>
          </w:ffData>
        </w:fldChar>
      </w:r>
      <w:bookmarkStart w:id="24" w:name="Check25"/>
      <w:r>
        <w:instrText xml:space="preserve"> FORMCHECKBOX </w:instrText>
      </w:r>
      <w:r>
        <w:fldChar w:fldCharType="separate"/>
      </w:r>
      <w:r>
        <w:fldChar w:fldCharType="end"/>
      </w:r>
      <w:bookmarkEnd w:id="24"/>
      <w:r>
        <w:t xml:space="preserve"> </w:t>
      </w:r>
      <w:r w:rsidR="008D446B">
        <w:t>The course includes regular interaction throughout the term.</w:t>
      </w:r>
    </w:p>
    <w:p w14:paraId="31CBCB93" w14:textId="740006EA" w:rsidR="00AA2D90" w:rsidRDefault="00492A9A">
      <w:r>
        <w:fldChar w:fldCharType="begin">
          <w:ffData>
            <w:name w:val="RSIChk26"/>
            <w:enabled/>
            <w:calcOnExit w:val="0"/>
            <w:helpText w:type="text" w:val="Checkbox 26: 4. Final Review. The course includes at least two types of substantive interaction."/>
            <w:statusText w:type="text" w:val="Checkbox 26: 4. Final Review. The course includes at least two types of substantive interaction."/>
            <w:checkBox>
              <w:sizeAuto/>
              <w:default w:val="0"/>
            </w:checkBox>
          </w:ffData>
        </w:fldChar>
      </w:r>
      <w:bookmarkStart w:id="25" w:name="Check26"/>
      <w:r>
        <w:instrText xml:space="preserve"> FORMCHECKBOX </w:instrText>
      </w:r>
      <w:r>
        <w:fldChar w:fldCharType="separate"/>
      </w:r>
      <w:r>
        <w:fldChar w:fldCharType="end"/>
      </w:r>
      <w:bookmarkEnd w:id="25"/>
      <w:r>
        <w:t xml:space="preserve"> </w:t>
      </w:r>
      <w:r w:rsidR="008D446B">
        <w:t>The course includes at least two types of substantive interaction.</w:t>
      </w:r>
    </w:p>
    <w:p w14:paraId="1004713A" w14:textId="4CADDD1E" w:rsidR="00AA2D90" w:rsidRDefault="00492A9A">
      <w:r>
        <w:fldChar w:fldCharType="begin">
          <w:ffData>
            <w:name w:val="RSIChk27"/>
            <w:enabled/>
            <w:calcOnExit w:val="0"/>
            <w:helpText w:type="text" w:val="Checkbox 27: 4. Final Review. The interaction is primarily instructor-initiated and planned across the course."/>
            <w:statusText w:type="text" w:val="Checkbox 27: 4. Final Review. The interaction is primarily instructor-initiated and planned across the course."/>
            <w:checkBox>
              <w:sizeAuto/>
              <w:default w:val="0"/>
            </w:checkBox>
          </w:ffData>
        </w:fldChar>
      </w:r>
      <w:bookmarkStart w:id="26" w:name="Check27"/>
      <w:r>
        <w:instrText xml:space="preserve"> FORMCHECKBOX </w:instrText>
      </w:r>
      <w:r>
        <w:fldChar w:fldCharType="separate"/>
      </w:r>
      <w:r>
        <w:fldChar w:fldCharType="end"/>
      </w:r>
      <w:bookmarkEnd w:id="26"/>
      <w:r>
        <w:t xml:space="preserve"> </w:t>
      </w:r>
      <w:r w:rsidR="008D446B">
        <w:t>The interaction is primarily instructor-initiated and planned across the course.</w:t>
      </w:r>
    </w:p>
    <w:p w14:paraId="78BB5B4C" w14:textId="48F46E45" w:rsidR="00AA2D90" w:rsidRDefault="00492A9A">
      <w:r>
        <w:fldChar w:fldCharType="begin">
          <w:ffData>
            <w:name w:val="RSIChk28"/>
            <w:enabled/>
            <w:calcOnExit w:val="0"/>
            <w:helpText w:type="text" w:val="Checkbox 28: 4. Final Review. I have identified any revisions needed before or during the term."/>
            <w:statusText w:type="text" w:val="Checkbox 28: 4. Final Review. I have identified any revisions needed before or during the term."/>
            <w:checkBox>
              <w:sizeAuto/>
              <w:default w:val="0"/>
            </w:checkBox>
          </w:ffData>
        </w:fldChar>
      </w:r>
      <w:bookmarkStart w:id="27" w:name="Check28"/>
      <w:r>
        <w:instrText xml:space="preserve"> FORMCHECKBOX </w:instrText>
      </w:r>
      <w:r>
        <w:fldChar w:fldCharType="separate"/>
      </w:r>
      <w:r>
        <w:fldChar w:fldCharType="end"/>
      </w:r>
      <w:bookmarkEnd w:id="27"/>
      <w:r>
        <w:t xml:space="preserve"> </w:t>
      </w:r>
      <w:r w:rsidR="008D446B">
        <w:t>I have identified any revisions needed before or during the term.</w:t>
      </w:r>
    </w:p>
    <w:p w14:paraId="21C24125" w14:textId="77777777" w:rsidR="00AA2D90" w:rsidRDefault="008D446B">
      <w:r>
        <w:rPr>
          <w:b/>
        </w:rPr>
        <w:t>Overall notes:</w:t>
      </w:r>
    </w:p>
    <w:p w14:paraId="298481D3" w14:textId="2E71C570" w:rsidR="00AA2D90" w:rsidRDefault="00D0390D" w:rsidP="1F685071">
      <w:pPr>
        <w:pStyle w:val="ListParagraph"/>
        <w:numPr>
          <w:ilvl w:val="0"/>
          <w:numId w:val="8"/>
        </w:numPr>
      </w:pPr>
      <w:sdt>
        <w:sdtPr>
          <w:alias w:val="4. Final Review overall notes, line 1"/>
          <w:tag w:val="Notes_22"/>
          <w:id w:val="1054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3DCAF6A6" w14:textId="48E1344E" w:rsidR="00AA2D90" w:rsidRDefault="00D0390D" w:rsidP="1F685071">
      <w:pPr>
        <w:pStyle w:val="ListParagraph"/>
        <w:numPr>
          <w:ilvl w:val="0"/>
          <w:numId w:val="8"/>
        </w:numPr>
      </w:pPr>
      <w:sdt>
        <w:sdtPr>
          <w:alias w:val="4. Final Review overall notes, line 2"/>
          <w:tag w:val="Notes_23"/>
          <w:id w:val="1055"/>
          <w:showingPlcHdr/>
          <w:text/>
        </w:sdtPr>
        <w:sdtEndPr/>
        <w:sdtContent>
          <w:r w:rsidR="00DE79AB">
            <w:t xml:space="preserve">     </w:t>
          </w:r>
        </w:sdtContent>
      </w:sdt>
    </w:p>
    <w:p w14:paraId="0E3E5EDF" w14:textId="05719D66" w:rsidR="00AA2D90" w:rsidRDefault="00D0390D" w:rsidP="1F685071">
      <w:pPr>
        <w:pStyle w:val="ListParagraph"/>
        <w:numPr>
          <w:ilvl w:val="0"/>
          <w:numId w:val="8"/>
        </w:numPr>
      </w:pPr>
      <w:sdt>
        <w:sdtPr>
          <w:alias w:val="4. Final Review overall notes, line 3"/>
          <w:tag w:val="Notes_24"/>
          <w:id w:val="1056"/>
          <w:showingPlcHdr/>
          <w:text/>
        </w:sdtPr>
        <w:sdtEndPr/>
        <w:sdtContent>
          <w:r w:rsidR="00B03A23">
            <w:t xml:space="preserve">     </w:t>
          </w:r>
        </w:sdtContent>
      </w:sdt>
    </w:p>
    <w:sectPr w:rsidR="00AA2D90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C4563F" w14:textId="77777777" w:rsidR="00D0390D" w:rsidRDefault="00D0390D" w:rsidP="00640437">
      <w:pPr>
        <w:spacing w:after="0" w:line="240" w:lineRule="auto"/>
      </w:pPr>
      <w:r>
        <w:separator/>
      </w:r>
    </w:p>
  </w:endnote>
  <w:endnote w:type="continuationSeparator" w:id="0">
    <w:p w14:paraId="6E869AD9" w14:textId="77777777" w:rsidR="00D0390D" w:rsidRDefault="00D0390D" w:rsidP="0064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B99D42" w14:textId="4000E102" w:rsidR="00640437" w:rsidRDefault="00640437" w:rsidP="00640437">
    <w:pPr>
      <w:pStyle w:val="Footer"/>
      <w:jc w:val="right"/>
    </w:pPr>
    <w:r>
      <w:t>University of Kentucky</w:t>
    </w:r>
    <w:r w:rsidR="00BA4F44">
      <w:t xml:space="preserve"> </w:t>
    </w:r>
    <w:r w:rsidR="00BA4F44">
      <w:tab/>
    </w:r>
    <w:r w:rsidR="00BA4F44">
      <w:tab/>
      <w:t xml:space="preserve">   </w:t>
    </w:r>
    <w:r>
      <w:t>07/</w:t>
    </w:r>
    <w:r w:rsidR="00A73611">
      <w:t>13</w:t>
    </w:r>
    <w: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4D7665" w14:textId="77777777" w:rsidR="00D0390D" w:rsidRDefault="00D0390D" w:rsidP="00640437">
      <w:pPr>
        <w:spacing w:after="0" w:line="240" w:lineRule="auto"/>
      </w:pPr>
      <w:r>
        <w:separator/>
      </w:r>
    </w:p>
  </w:footnote>
  <w:footnote w:type="continuationSeparator" w:id="0">
    <w:p w14:paraId="50494407" w14:textId="77777777" w:rsidR="00D0390D" w:rsidRDefault="00D0390D" w:rsidP="00640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017CF2"/>
    <w:multiLevelType w:val="hybridMultilevel"/>
    <w:tmpl w:val="CDBA110A"/>
    <w:lvl w:ilvl="0" w:tplc="FDFA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4B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E8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2C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AF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E7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3E2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0E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0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34732"/>
    <w:multiLevelType w:val="hybridMultilevel"/>
    <w:tmpl w:val="02B4F170"/>
    <w:lvl w:ilvl="0" w:tplc="FF807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8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3C3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7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EE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386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2A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65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49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407A2"/>
    <w:multiLevelType w:val="hybridMultilevel"/>
    <w:tmpl w:val="8E96B036"/>
    <w:lvl w:ilvl="0" w:tplc="87E02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86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EF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0F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A9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CC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2F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CB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89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1D2FD"/>
    <w:multiLevelType w:val="hybridMultilevel"/>
    <w:tmpl w:val="6CFA4FA0"/>
    <w:lvl w:ilvl="0" w:tplc="3C620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CE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2C5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CA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A5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EF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28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8A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20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2821"/>
    <w:multiLevelType w:val="hybridMultilevel"/>
    <w:tmpl w:val="67DCFAD2"/>
    <w:lvl w:ilvl="0" w:tplc="EA02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A1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821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EF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6F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C5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08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66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E9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5565B"/>
    <w:multiLevelType w:val="hybridMultilevel"/>
    <w:tmpl w:val="67EC370E"/>
    <w:lvl w:ilvl="0" w:tplc="6EB6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CD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6F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B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08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03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E06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69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27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684F5"/>
    <w:multiLevelType w:val="hybridMultilevel"/>
    <w:tmpl w:val="F31AD6B6"/>
    <w:lvl w:ilvl="0" w:tplc="A442E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68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69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26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68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8C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62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62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FE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C878E"/>
    <w:multiLevelType w:val="hybridMultilevel"/>
    <w:tmpl w:val="F1B42528"/>
    <w:lvl w:ilvl="0" w:tplc="C526D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44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00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8F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28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02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80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66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84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298478">
    <w:abstractNumId w:val="13"/>
  </w:num>
  <w:num w:numId="2" w16cid:durableId="98454910">
    <w:abstractNumId w:val="12"/>
  </w:num>
  <w:num w:numId="3" w16cid:durableId="1121608513">
    <w:abstractNumId w:val="14"/>
  </w:num>
  <w:num w:numId="4" w16cid:durableId="1732801417">
    <w:abstractNumId w:val="15"/>
  </w:num>
  <w:num w:numId="5" w16cid:durableId="189683819">
    <w:abstractNumId w:val="11"/>
  </w:num>
  <w:num w:numId="6" w16cid:durableId="1335300693">
    <w:abstractNumId w:val="16"/>
  </w:num>
  <w:num w:numId="7" w16cid:durableId="1374768331">
    <w:abstractNumId w:val="9"/>
  </w:num>
  <w:num w:numId="8" w16cid:durableId="1616597442">
    <w:abstractNumId w:val="10"/>
  </w:num>
  <w:num w:numId="9" w16cid:durableId="2105417223">
    <w:abstractNumId w:val="8"/>
  </w:num>
  <w:num w:numId="10" w16cid:durableId="250704507">
    <w:abstractNumId w:val="6"/>
  </w:num>
  <w:num w:numId="11" w16cid:durableId="696009335">
    <w:abstractNumId w:val="5"/>
  </w:num>
  <w:num w:numId="12" w16cid:durableId="1868442891">
    <w:abstractNumId w:val="4"/>
  </w:num>
  <w:num w:numId="13" w16cid:durableId="760950155">
    <w:abstractNumId w:val="7"/>
  </w:num>
  <w:num w:numId="14" w16cid:durableId="1666084427">
    <w:abstractNumId w:val="3"/>
  </w:num>
  <w:num w:numId="15" w16cid:durableId="2127118263">
    <w:abstractNumId w:val="2"/>
  </w:num>
  <w:num w:numId="16" w16cid:durableId="1764523628">
    <w:abstractNumId w:val="1"/>
  </w:num>
  <w:num w:numId="17" w16cid:durableId="14327769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ECC"/>
    <w:rsid w:val="0009122D"/>
    <w:rsid w:val="000C7B39"/>
    <w:rsid w:val="00120376"/>
    <w:rsid w:val="00125CC2"/>
    <w:rsid w:val="0015074B"/>
    <w:rsid w:val="001A7E5D"/>
    <w:rsid w:val="001B7883"/>
    <w:rsid w:val="0029639D"/>
    <w:rsid w:val="00326F90"/>
    <w:rsid w:val="004141D5"/>
    <w:rsid w:val="004570E6"/>
    <w:rsid w:val="00492A9A"/>
    <w:rsid w:val="00496257"/>
    <w:rsid w:val="00640437"/>
    <w:rsid w:val="006B2095"/>
    <w:rsid w:val="00735F80"/>
    <w:rsid w:val="008556BA"/>
    <w:rsid w:val="008D446B"/>
    <w:rsid w:val="00956002"/>
    <w:rsid w:val="00970533"/>
    <w:rsid w:val="00986498"/>
    <w:rsid w:val="009C55A9"/>
    <w:rsid w:val="009C7D19"/>
    <w:rsid w:val="00A26172"/>
    <w:rsid w:val="00A73611"/>
    <w:rsid w:val="00AA1D8D"/>
    <w:rsid w:val="00AA2D90"/>
    <w:rsid w:val="00AF74BC"/>
    <w:rsid w:val="00B02A41"/>
    <w:rsid w:val="00B03A23"/>
    <w:rsid w:val="00B064E9"/>
    <w:rsid w:val="00B22D7C"/>
    <w:rsid w:val="00B47730"/>
    <w:rsid w:val="00B92E40"/>
    <w:rsid w:val="00BA4F44"/>
    <w:rsid w:val="00BC4DE0"/>
    <w:rsid w:val="00BC4E7D"/>
    <w:rsid w:val="00BD6593"/>
    <w:rsid w:val="00BE0DF9"/>
    <w:rsid w:val="00C562EC"/>
    <w:rsid w:val="00C917BC"/>
    <w:rsid w:val="00CB0664"/>
    <w:rsid w:val="00D0390D"/>
    <w:rsid w:val="00D04713"/>
    <w:rsid w:val="00D06840"/>
    <w:rsid w:val="00DE79AB"/>
    <w:rsid w:val="00E74982"/>
    <w:rsid w:val="00E76932"/>
    <w:rsid w:val="00EC088D"/>
    <w:rsid w:val="00F06E4A"/>
    <w:rsid w:val="00FC693F"/>
    <w:rsid w:val="00FD521A"/>
    <w:rsid w:val="12264BF9"/>
    <w:rsid w:val="1F685071"/>
    <w:rsid w:val="438FD547"/>
    <w:rsid w:val="4FB55DDE"/>
    <w:rsid w:val="50B5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BB6BC52-3F5A-4C27-ACB3-D10AC8B2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E5D"/>
    <w:rPr>
      <w:rFonts w:ascii="Aptos" w:hAnsi="Aptos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65432C29D414681CD2B8A18BD11B2" ma:contentTypeVersion="19" ma:contentTypeDescription="Create a new document." ma:contentTypeScope="" ma:versionID="c66744257a808dd069cdb86cf09ddc41">
  <xsd:schema xmlns:xsd="http://www.w3.org/2001/XMLSchema" xmlns:xs="http://www.w3.org/2001/XMLSchema" xmlns:p="http://schemas.microsoft.com/office/2006/metadata/properties" xmlns:ns1="http://schemas.microsoft.com/sharepoint/v3" xmlns:ns2="c7cfa176-146f-4378-82ee-8f061086d92c" xmlns:ns3="3ac45bd7-4b5c-41d4-a711-6fb3911c695b" targetNamespace="http://schemas.microsoft.com/office/2006/metadata/properties" ma:root="true" ma:fieldsID="51e0aff0ac1c098ad07906b727930eea" ns1:_="" ns2:_="" ns3:_="">
    <xsd:import namespace="http://schemas.microsoft.com/sharepoint/v3"/>
    <xsd:import namespace="c7cfa176-146f-4378-82ee-8f061086d92c"/>
    <xsd:import namespace="3ac45bd7-4b5c-41d4-a711-6fb3911c6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fa176-146f-4378-82ee-8f061086d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45bd7-4b5c-41d4-a711-6fb3911c6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e0975e-89d9-4c06-86e4-8c8d1d049b1c}" ma:internalName="TaxCatchAll" ma:showField="CatchAllData" ma:web="3ac45bd7-4b5c-41d4-a711-6fb3911c6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c45bd7-4b5c-41d4-a711-6fb3911c695b" xsi:nil="true"/>
    <lcf76f155ced4ddcb4097134ff3c332f xmlns="c7cfa176-146f-4378-82ee-8f061086d92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BE5C9-4F8A-421F-8917-9E0284D94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cfa176-146f-4378-82ee-8f061086d92c"/>
    <ds:schemaRef ds:uri="3ac45bd7-4b5c-41d4-a711-6fb3911c6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C88ABD-DD10-49E1-ADF6-F6A3E4DFC715}">
  <ds:schemaRefs>
    <ds:schemaRef ds:uri="http://schemas.microsoft.com/office/2006/metadata/properties"/>
    <ds:schemaRef ds:uri="http://schemas.microsoft.com/office/infopath/2007/PartnerControls"/>
    <ds:schemaRef ds:uri="3ac45bd7-4b5c-41d4-a711-6fb3911c695b"/>
    <ds:schemaRef ds:uri="c7cfa176-146f-4378-82ee-8f061086d92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C70F07C-FE38-48C8-82D1-041AE340C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686</Words>
  <Characters>4177</Characters>
  <Application>Microsoft Office Word</Application>
  <DocSecurity>0</DocSecurity>
  <Lines>134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and Substantive Interaction Faculty Checklist Fillable Form</vt:lpstr>
    </vt:vector>
  </TitlesOfParts>
  <Manager/>
  <Company/>
  <LinksUpToDate>false</LinksUpToDate>
  <CharactersWithSpaces>4781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and Substantive Interaction Faculty Checklist Fillable Form</dc:title>
  <dc:subject>Accessible fillable form fields; visible text preserved</dc:subject>
  <dc:creator>Hines, Miranda J.</dc:creator>
  <cp:keywords/>
  <dc:description>generated by python-docx</dc:description>
  <cp:lastModifiedBy>Hines, Miranda J.</cp:lastModifiedBy>
  <cp:revision>3</cp:revision>
  <dcterms:created xsi:type="dcterms:W3CDTF">2026-07-13T15:46:00Z</dcterms:created>
  <dcterms:modified xsi:type="dcterms:W3CDTF">2026-07-13T15:47:00Z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0x01010090465432C29D414681CD2B8A18BD11B2</vt:lpwstr>
  </property>
  <property fmtid="{D5CDD505-2E9C-101B-9397-08002B2CF9AE}" pid="3" name="MediaServiceImageTags">
    <vt:lpwstr/>
  </property>
</Properties>
</file>